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99C9B0" w14:textId="77777777" w:rsidR="00FD6BF4" w:rsidRDefault="00000000">
      <w:pPr>
        <w:pStyle w:val="berschrift1"/>
        <w:jc w:val="center"/>
      </w:pPr>
      <w:r>
        <w:t>Innovationsbroschüre</w:t>
      </w:r>
    </w:p>
    <w:p w14:paraId="5DDB22C0" w14:textId="77777777" w:rsidR="00FD6BF4" w:rsidRDefault="00000000">
      <w:r>
        <w:rPr>
          <w:b/>
        </w:rPr>
        <w:t>Rasiergerät mit Streiflichtbeleuchtung zur Hervorhebung heller Barthaare</w:t>
      </w:r>
      <w:r>
        <w:rPr>
          <w:b/>
        </w:rPr>
        <w:br/>
      </w:r>
      <w:r>
        <w:t>Erfinder: Manfred Schramme</w:t>
      </w:r>
      <w:r>
        <w:br/>
        <w:t>Status: Gebrauchsmuster angemeldet</w:t>
      </w:r>
    </w:p>
    <w:p w14:paraId="3AD11A55" w14:textId="77777777" w:rsidR="00FD6BF4" w:rsidRDefault="00000000">
      <w:pPr>
        <w:pStyle w:val="berschrift2"/>
      </w:pPr>
      <w:r>
        <w:t>1. Die Idee</w:t>
      </w:r>
    </w:p>
    <w:p w14:paraId="02EC0F04" w14:textId="77777777" w:rsidR="00FD6BF4" w:rsidRDefault="00000000">
      <w:r>
        <w:t>Die Erfindung betrifft ein Rasiergerät mit einer im Rasierkopf integrierten Lichtquelle. Der Lichtstrahl wird in einem flachen Winkel auf die Haut gerichtet. Dadurch entstehen Schatten an den Barthaaren, wodurch insbesondere helle, graue und feine Haare besser sichtbar werden.</w:t>
      </w:r>
    </w:p>
    <w:p w14:paraId="3508C1A7" w14:textId="77777777" w:rsidR="00FD6BF4" w:rsidRDefault="00000000">
      <w:pPr>
        <w:pStyle w:val="berschrift2"/>
      </w:pPr>
      <w:r>
        <w:t>2. Das Problem</w:t>
      </w:r>
    </w:p>
    <w:p w14:paraId="2BF9FC2A" w14:textId="77777777" w:rsidR="00FD6BF4" w:rsidRDefault="00000000">
      <w:r>
        <w:t>Bei herkömmlichen Rasierern werden helle oder feine Barthaare häufig übersehen. Normale Beleuchtungen hellen den Bereich lediglich auf, erzeugen jedoch keine gezielte Kontrastverstärkung.</w:t>
      </w:r>
    </w:p>
    <w:p w14:paraId="304B8F3B" w14:textId="77777777" w:rsidR="00FD6BF4" w:rsidRDefault="00000000">
      <w:pPr>
        <w:pStyle w:val="berschrift2"/>
      </w:pPr>
      <w:r>
        <w:t>3. Die Lösung</w:t>
      </w:r>
    </w:p>
    <w:p w14:paraId="5DC29835" w14:textId="77777777" w:rsidR="00FD6BF4" w:rsidRDefault="00000000">
      <w:r>
        <w:t>Die Streiflichtbeleuchtung erzeugt einen Schattenwurf der Haare. Dies verbessert die Sichtbarkeit der Haare und erleichtert eine präzise Rasur sowie das exakte Ausarbeiten von Bartkonturen.</w:t>
      </w:r>
    </w:p>
    <w:p w14:paraId="0D5617ED" w14:textId="77777777" w:rsidR="00FD6BF4" w:rsidRDefault="00000000">
      <w:pPr>
        <w:pStyle w:val="berschrift2"/>
      </w:pPr>
      <w:r>
        <w:t>4. Vorteile für Hersteller und Anwender</w:t>
      </w:r>
    </w:p>
    <w:p w14:paraId="3AE09D70" w14:textId="77777777" w:rsidR="00FD6BF4" w:rsidRDefault="00000000">
      <w:pPr>
        <w:pStyle w:val="Aufzhlungszeichen"/>
      </w:pPr>
      <w:r>
        <w:t>Verbesserte Rasurqualität</w:t>
      </w:r>
    </w:p>
    <w:p w14:paraId="5604B052" w14:textId="77777777" w:rsidR="00FD6BF4" w:rsidRDefault="00000000">
      <w:pPr>
        <w:pStyle w:val="Aufzhlungszeichen"/>
      </w:pPr>
      <w:r>
        <w:t>Besonderer Nutzen für graue und helle Barthaare</w:t>
      </w:r>
    </w:p>
    <w:p w14:paraId="0CED2371" w14:textId="77777777" w:rsidR="00FD6BF4" w:rsidRDefault="00000000">
      <w:pPr>
        <w:pStyle w:val="Aufzhlungszeichen"/>
      </w:pPr>
      <w:r>
        <w:t>Einfache Integration in bestehende Rasierermodelle</w:t>
      </w:r>
    </w:p>
    <w:p w14:paraId="00755DE0" w14:textId="77777777" w:rsidR="00FD6BF4" w:rsidRDefault="00000000">
      <w:pPr>
        <w:pStyle w:val="Aufzhlungszeichen"/>
      </w:pPr>
      <w:r>
        <w:t>Differenzierungsmerkmal gegenüber Wettbewerbern</w:t>
      </w:r>
    </w:p>
    <w:p w14:paraId="319F1A37" w14:textId="77777777" w:rsidR="00FD6BF4" w:rsidRDefault="00000000">
      <w:pPr>
        <w:pStyle w:val="Aufzhlungszeichen"/>
      </w:pPr>
      <w:r>
        <w:t>Geeignet für Premium-Produktlinien</w:t>
      </w:r>
    </w:p>
    <w:p w14:paraId="3FBD8088" w14:textId="77777777" w:rsidR="00FD6BF4" w:rsidRDefault="00000000">
      <w:pPr>
        <w:pStyle w:val="berschrift2"/>
      </w:pPr>
      <w:r>
        <w:t>5. Schutzrecht</w:t>
      </w:r>
    </w:p>
    <w:p w14:paraId="63F8AA7F" w14:textId="77777777" w:rsidR="00FD6BF4" w:rsidRDefault="00000000">
      <w:r>
        <w:t>Für die Erfindung wurde ein Gebrauchsmuster angemeldet. Eine Lizenzierung oder Zusammenarbeit mit Herstellern wird angestrebt.</w:t>
      </w:r>
    </w:p>
    <w:p w14:paraId="55B1BE6D" w14:textId="77777777" w:rsidR="00FD6BF4" w:rsidRDefault="00000000">
      <w:pPr>
        <w:pStyle w:val="berschrift2"/>
      </w:pPr>
      <w:r>
        <w:t>6. Zeichnungen und Demonstration</w:t>
      </w:r>
    </w:p>
    <w:p w14:paraId="1EE331D8" w14:textId="77777777" w:rsidR="00FD6BF4" w:rsidRDefault="00000000">
      <w:r>
        <w:t>Hier können die Seitenansicht, Draufsicht, Frontansicht sowie die Gesamtzeichnung und Fotos des Prototyps eingefügt werden.</w:t>
      </w:r>
    </w:p>
    <w:p w14:paraId="0CFBE192" w14:textId="77777777" w:rsidR="00FD6BF4" w:rsidRDefault="00000000">
      <w:pPr>
        <w:pStyle w:val="berschrift2"/>
      </w:pPr>
      <w:r>
        <w:t>Kontakt</w:t>
      </w:r>
    </w:p>
    <w:p w14:paraId="3609570F" w14:textId="77777777" w:rsidR="00FD6BF4" w:rsidRDefault="00000000">
      <w:r>
        <w:t>Manfred Schramme</w:t>
      </w:r>
      <w:r>
        <w:br/>
        <w:t>(E-Mail und Telefonnummer ergänzen)</w:t>
      </w:r>
    </w:p>
    <w:sectPr w:rsidR="00FD6BF4"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numm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numm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Aufzhlungszeichen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Aufzhlungszeichen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numm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ufzhlungszeichen"/>
      <w:lvlText w:val=""/>
      <w:lvlJc w:val="left"/>
      <w:pPr>
        <w:tabs>
          <w:tab w:val="num" w:pos="360"/>
        </w:tabs>
        <w:ind w:left="360" w:hanging="360"/>
      </w:pPr>
      <w:rPr>
        <w:rFonts w:ascii="Symbol" w:hAnsi="Symbol" w:hint="default"/>
      </w:rPr>
    </w:lvl>
  </w:abstractNum>
  <w:num w:numId="1" w16cid:durableId="1232690411">
    <w:abstractNumId w:val="8"/>
  </w:num>
  <w:num w:numId="2" w16cid:durableId="1862623184">
    <w:abstractNumId w:val="6"/>
  </w:num>
  <w:num w:numId="3" w16cid:durableId="216553825">
    <w:abstractNumId w:val="5"/>
  </w:num>
  <w:num w:numId="4" w16cid:durableId="1412893401">
    <w:abstractNumId w:val="4"/>
  </w:num>
  <w:num w:numId="5" w16cid:durableId="1500806213">
    <w:abstractNumId w:val="7"/>
  </w:num>
  <w:num w:numId="6" w16cid:durableId="546644333">
    <w:abstractNumId w:val="3"/>
  </w:num>
  <w:num w:numId="7" w16cid:durableId="1000696162">
    <w:abstractNumId w:val="2"/>
  </w:num>
  <w:num w:numId="8" w16cid:durableId="1393697078">
    <w:abstractNumId w:val="1"/>
  </w:num>
  <w:num w:numId="9" w16cid:durableId="15994818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A74E1"/>
    <w:rsid w:val="0015074B"/>
    <w:rsid w:val="0029639D"/>
    <w:rsid w:val="00326F90"/>
    <w:rsid w:val="00AA1D8D"/>
    <w:rsid w:val="00B47730"/>
    <w:rsid w:val="00CB0664"/>
    <w:rsid w:val="00EA05D4"/>
    <w:rsid w:val="00FC693F"/>
    <w:rsid w:val="00FD6BF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ABA38C5"/>
  <w14:defaultImageDpi w14:val="300"/>
  <w15:docId w15:val="{DDB2B57E-703F-4730-B79D-739060B73F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C693F"/>
  </w:style>
  <w:style w:type="paragraph" w:styleId="berschrift1">
    <w:name w:val="heading 1"/>
    <w:basedOn w:val="Standard"/>
    <w:next w:val="Standard"/>
    <w:link w:val="berschrift1Zchn"/>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erschrift2">
    <w:name w:val="heading 2"/>
    <w:basedOn w:val="Standard"/>
    <w:next w:val="Standard"/>
    <w:link w:val="berschrift2Zchn"/>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erschrift3">
    <w:name w:val="heading 3"/>
    <w:basedOn w:val="Standard"/>
    <w:next w:val="Standard"/>
    <w:link w:val="berschrift3Zchn"/>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erschrift4">
    <w:name w:val="heading 4"/>
    <w:basedOn w:val="Standard"/>
    <w:next w:val="Standard"/>
    <w:link w:val="berschrift4Zchn"/>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erschrift5">
    <w:name w:val="heading 5"/>
    <w:basedOn w:val="Standard"/>
    <w:next w:val="Standard"/>
    <w:link w:val="berschrift5Zchn"/>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erschrift6">
    <w:name w:val="heading 6"/>
    <w:basedOn w:val="Standard"/>
    <w:next w:val="Standard"/>
    <w:link w:val="berschrift6Zchn"/>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erschrift7">
    <w:name w:val="heading 7"/>
    <w:basedOn w:val="Standard"/>
    <w:next w:val="Standard"/>
    <w:link w:val="berschrift7Zchn"/>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erschrift8">
    <w:name w:val="heading 8"/>
    <w:basedOn w:val="Standard"/>
    <w:next w:val="Standard"/>
    <w:link w:val="berschrift8Zchn"/>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erschrift9">
    <w:name w:val="heading 9"/>
    <w:basedOn w:val="Standard"/>
    <w:next w:val="Standard"/>
    <w:link w:val="berschrift9Zchn"/>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E618BF"/>
    <w:pPr>
      <w:tabs>
        <w:tab w:val="center" w:pos="4680"/>
        <w:tab w:val="right" w:pos="9360"/>
      </w:tabs>
      <w:spacing w:after="0" w:line="240" w:lineRule="auto"/>
    </w:pPr>
  </w:style>
  <w:style w:type="character" w:customStyle="1" w:styleId="KopfzeileZchn">
    <w:name w:val="Kopfzeile Zchn"/>
    <w:basedOn w:val="Absatz-Standardschriftart"/>
    <w:link w:val="Kopfzeile"/>
    <w:uiPriority w:val="99"/>
    <w:rsid w:val="00E618BF"/>
  </w:style>
  <w:style w:type="paragraph" w:styleId="Fuzeile">
    <w:name w:val="footer"/>
    <w:basedOn w:val="Standard"/>
    <w:link w:val="FuzeileZchn"/>
    <w:uiPriority w:val="99"/>
    <w:unhideWhenUsed/>
    <w:rsid w:val="00E618BF"/>
    <w:pPr>
      <w:tabs>
        <w:tab w:val="center" w:pos="4680"/>
        <w:tab w:val="right" w:pos="9360"/>
      </w:tabs>
      <w:spacing w:after="0" w:line="240" w:lineRule="auto"/>
    </w:pPr>
  </w:style>
  <w:style w:type="character" w:customStyle="1" w:styleId="FuzeileZchn">
    <w:name w:val="Fußzeile Zchn"/>
    <w:basedOn w:val="Absatz-Standardschriftart"/>
    <w:link w:val="Fuzeile"/>
    <w:uiPriority w:val="99"/>
    <w:rsid w:val="00E618BF"/>
  </w:style>
  <w:style w:type="paragraph" w:styleId="KeinLeerraum">
    <w:name w:val="No Spacing"/>
    <w:uiPriority w:val="1"/>
    <w:qFormat/>
    <w:rsid w:val="00FC693F"/>
    <w:pPr>
      <w:spacing w:after="0" w:line="240" w:lineRule="auto"/>
    </w:pPr>
  </w:style>
  <w:style w:type="character" w:customStyle="1" w:styleId="berschrift1Zchn">
    <w:name w:val="Überschrift 1 Zchn"/>
    <w:basedOn w:val="Absatz-Standardschriftart"/>
    <w:link w:val="berschrift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erschrift2Zchn">
    <w:name w:val="Überschrift 2 Zchn"/>
    <w:basedOn w:val="Absatz-Standardschriftart"/>
    <w:link w:val="berschrift2"/>
    <w:uiPriority w:val="9"/>
    <w:rsid w:val="00FC693F"/>
    <w:rPr>
      <w:rFonts w:asciiTheme="majorHAnsi" w:eastAsiaTheme="majorEastAsia" w:hAnsiTheme="majorHAnsi" w:cstheme="majorBidi"/>
      <w:b/>
      <w:bCs/>
      <w:color w:val="4F81BD" w:themeColor="accent1"/>
      <w:sz w:val="26"/>
      <w:szCs w:val="26"/>
    </w:rPr>
  </w:style>
  <w:style w:type="character" w:customStyle="1" w:styleId="berschrift3Zchn">
    <w:name w:val="Überschrift 3 Zchn"/>
    <w:basedOn w:val="Absatz-Standardschriftart"/>
    <w:link w:val="berschrift3"/>
    <w:uiPriority w:val="9"/>
    <w:rsid w:val="00FC693F"/>
    <w:rPr>
      <w:rFonts w:asciiTheme="majorHAnsi" w:eastAsiaTheme="majorEastAsia" w:hAnsiTheme="majorHAnsi" w:cstheme="majorBidi"/>
      <w:b/>
      <w:bCs/>
      <w:color w:val="4F81BD" w:themeColor="accent1"/>
    </w:rPr>
  </w:style>
  <w:style w:type="paragraph" w:styleId="Titel">
    <w:name w:val="Title"/>
    <w:basedOn w:val="Standard"/>
    <w:next w:val="Standard"/>
    <w:link w:val="TitelZchn"/>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elZchn">
    <w:name w:val="Titel Zchn"/>
    <w:basedOn w:val="Absatz-Standardschriftart"/>
    <w:link w:val="Tite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Untertitel">
    <w:name w:val="Subtitle"/>
    <w:basedOn w:val="Standard"/>
    <w:next w:val="Standard"/>
    <w:link w:val="UntertitelZchn"/>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UntertitelZchn">
    <w:name w:val="Untertitel Zchn"/>
    <w:basedOn w:val="Absatz-Standardschriftart"/>
    <w:link w:val="Untertitel"/>
    <w:uiPriority w:val="11"/>
    <w:rsid w:val="00FC693F"/>
    <w:rPr>
      <w:rFonts w:asciiTheme="majorHAnsi" w:eastAsiaTheme="majorEastAsia" w:hAnsiTheme="majorHAnsi" w:cstheme="majorBidi"/>
      <w:i/>
      <w:iCs/>
      <w:color w:val="4F81BD" w:themeColor="accent1"/>
      <w:spacing w:val="15"/>
      <w:sz w:val="24"/>
      <w:szCs w:val="24"/>
    </w:rPr>
  </w:style>
  <w:style w:type="paragraph" w:styleId="Listenabsatz">
    <w:name w:val="List Paragraph"/>
    <w:basedOn w:val="Standard"/>
    <w:uiPriority w:val="34"/>
    <w:qFormat/>
    <w:rsid w:val="00FC693F"/>
    <w:pPr>
      <w:ind w:left="720"/>
      <w:contextualSpacing/>
    </w:pPr>
  </w:style>
  <w:style w:type="paragraph" w:styleId="Textkrper">
    <w:name w:val="Body Text"/>
    <w:basedOn w:val="Standard"/>
    <w:link w:val="TextkrperZchn"/>
    <w:uiPriority w:val="99"/>
    <w:unhideWhenUsed/>
    <w:rsid w:val="00AA1D8D"/>
    <w:pPr>
      <w:spacing w:after="120"/>
    </w:pPr>
  </w:style>
  <w:style w:type="character" w:customStyle="1" w:styleId="TextkrperZchn">
    <w:name w:val="Textkörper Zchn"/>
    <w:basedOn w:val="Absatz-Standardschriftart"/>
    <w:link w:val="Textkrper"/>
    <w:uiPriority w:val="99"/>
    <w:rsid w:val="00AA1D8D"/>
  </w:style>
  <w:style w:type="paragraph" w:styleId="Textkrper2">
    <w:name w:val="Body Text 2"/>
    <w:basedOn w:val="Standard"/>
    <w:link w:val="Textkrper2Zchn"/>
    <w:uiPriority w:val="99"/>
    <w:unhideWhenUsed/>
    <w:rsid w:val="00AA1D8D"/>
    <w:pPr>
      <w:spacing w:after="120" w:line="480" w:lineRule="auto"/>
    </w:pPr>
  </w:style>
  <w:style w:type="character" w:customStyle="1" w:styleId="Textkrper2Zchn">
    <w:name w:val="Textkörper 2 Zchn"/>
    <w:basedOn w:val="Absatz-Standardschriftart"/>
    <w:link w:val="Textkrper2"/>
    <w:uiPriority w:val="99"/>
    <w:rsid w:val="00AA1D8D"/>
  </w:style>
  <w:style w:type="paragraph" w:styleId="Textkrper3">
    <w:name w:val="Body Text 3"/>
    <w:basedOn w:val="Standard"/>
    <w:link w:val="Textkrper3Zchn"/>
    <w:uiPriority w:val="99"/>
    <w:unhideWhenUsed/>
    <w:rsid w:val="00AA1D8D"/>
    <w:pPr>
      <w:spacing w:after="120"/>
    </w:pPr>
    <w:rPr>
      <w:sz w:val="16"/>
      <w:szCs w:val="16"/>
    </w:rPr>
  </w:style>
  <w:style w:type="character" w:customStyle="1" w:styleId="Textkrper3Zchn">
    <w:name w:val="Textkörper 3 Zchn"/>
    <w:basedOn w:val="Absatz-Standardschriftart"/>
    <w:link w:val="Textkrper3"/>
    <w:uiPriority w:val="99"/>
    <w:rsid w:val="00AA1D8D"/>
    <w:rPr>
      <w:sz w:val="16"/>
      <w:szCs w:val="16"/>
    </w:rPr>
  </w:style>
  <w:style w:type="paragraph" w:styleId="Liste">
    <w:name w:val="List"/>
    <w:basedOn w:val="Standard"/>
    <w:uiPriority w:val="99"/>
    <w:unhideWhenUsed/>
    <w:rsid w:val="00AA1D8D"/>
    <w:pPr>
      <w:ind w:left="360" w:hanging="360"/>
      <w:contextualSpacing/>
    </w:pPr>
  </w:style>
  <w:style w:type="paragraph" w:styleId="Liste2">
    <w:name w:val="List 2"/>
    <w:basedOn w:val="Standard"/>
    <w:uiPriority w:val="99"/>
    <w:unhideWhenUsed/>
    <w:rsid w:val="00326F90"/>
    <w:pPr>
      <w:ind w:left="720" w:hanging="360"/>
      <w:contextualSpacing/>
    </w:pPr>
  </w:style>
  <w:style w:type="paragraph" w:styleId="Liste3">
    <w:name w:val="List 3"/>
    <w:basedOn w:val="Standard"/>
    <w:uiPriority w:val="99"/>
    <w:unhideWhenUsed/>
    <w:rsid w:val="00326F90"/>
    <w:pPr>
      <w:ind w:left="1080" w:hanging="360"/>
      <w:contextualSpacing/>
    </w:pPr>
  </w:style>
  <w:style w:type="paragraph" w:styleId="Aufzhlungszeichen">
    <w:name w:val="List Bullet"/>
    <w:basedOn w:val="Standard"/>
    <w:uiPriority w:val="99"/>
    <w:unhideWhenUsed/>
    <w:rsid w:val="00326F90"/>
    <w:pPr>
      <w:numPr>
        <w:numId w:val="1"/>
      </w:numPr>
      <w:contextualSpacing/>
    </w:pPr>
  </w:style>
  <w:style w:type="paragraph" w:styleId="Aufzhlungszeichen2">
    <w:name w:val="List Bullet 2"/>
    <w:basedOn w:val="Standard"/>
    <w:uiPriority w:val="99"/>
    <w:unhideWhenUsed/>
    <w:rsid w:val="00326F90"/>
    <w:pPr>
      <w:numPr>
        <w:numId w:val="2"/>
      </w:numPr>
      <w:contextualSpacing/>
    </w:pPr>
  </w:style>
  <w:style w:type="paragraph" w:styleId="Aufzhlungszeichen3">
    <w:name w:val="List Bullet 3"/>
    <w:basedOn w:val="Standard"/>
    <w:uiPriority w:val="99"/>
    <w:unhideWhenUsed/>
    <w:rsid w:val="00326F90"/>
    <w:pPr>
      <w:numPr>
        <w:numId w:val="3"/>
      </w:numPr>
      <w:contextualSpacing/>
    </w:pPr>
  </w:style>
  <w:style w:type="paragraph" w:styleId="Listennummer">
    <w:name w:val="List Number"/>
    <w:basedOn w:val="Standard"/>
    <w:uiPriority w:val="99"/>
    <w:unhideWhenUsed/>
    <w:rsid w:val="00326F90"/>
    <w:pPr>
      <w:numPr>
        <w:numId w:val="5"/>
      </w:numPr>
      <w:contextualSpacing/>
    </w:pPr>
  </w:style>
  <w:style w:type="paragraph" w:styleId="Listennummer2">
    <w:name w:val="List Number 2"/>
    <w:basedOn w:val="Standard"/>
    <w:uiPriority w:val="99"/>
    <w:unhideWhenUsed/>
    <w:rsid w:val="0029639D"/>
    <w:pPr>
      <w:numPr>
        <w:numId w:val="6"/>
      </w:numPr>
      <w:contextualSpacing/>
    </w:pPr>
  </w:style>
  <w:style w:type="paragraph" w:styleId="Listennummer3">
    <w:name w:val="List Number 3"/>
    <w:basedOn w:val="Standard"/>
    <w:uiPriority w:val="99"/>
    <w:unhideWhenUsed/>
    <w:rsid w:val="0029639D"/>
    <w:pPr>
      <w:numPr>
        <w:numId w:val="7"/>
      </w:numPr>
      <w:contextualSpacing/>
    </w:pPr>
  </w:style>
  <w:style w:type="paragraph" w:styleId="Listenfortsetzung">
    <w:name w:val="List Continue"/>
    <w:basedOn w:val="Standard"/>
    <w:uiPriority w:val="99"/>
    <w:unhideWhenUsed/>
    <w:rsid w:val="0029639D"/>
    <w:pPr>
      <w:spacing w:after="120"/>
      <w:ind w:left="360"/>
      <w:contextualSpacing/>
    </w:pPr>
  </w:style>
  <w:style w:type="paragraph" w:styleId="Listenfortsetzung2">
    <w:name w:val="List Continue 2"/>
    <w:basedOn w:val="Standard"/>
    <w:uiPriority w:val="99"/>
    <w:unhideWhenUsed/>
    <w:rsid w:val="0029639D"/>
    <w:pPr>
      <w:spacing w:after="120"/>
      <w:ind w:left="720"/>
      <w:contextualSpacing/>
    </w:pPr>
  </w:style>
  <w:style w:type="paragraph" w:styleId="Listenfortsetzung3">
    <w:name w:val="List Continue 3"/>
    <w:basedOn w:val="Standard"/>
    <w:uiPriority w:val="99"/>
    <w:unhideWhenUsed/>
    <w:rsid w:val="0029639D"/>
    <w:pPr>
      <w:spacing w:after="120"/>
      <w:ind w:left="1080"/>
      <w:contextualSpacing/>
    </w:pPr>
  </w:style>
  <w:style w:type="paragraph" w:styleId="Makrotext">
    <w:name w:val="macro"/>
    <w:link w:val="MakrotextZchn"/>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textZchn">
    <w:name w:val="Makrotext Zchn"/>
    <w:basedOn w:val="Absatz-Standardschriftart"/>
    <w:link w:val="Makrotext"/>
    <w:uiPriority w:val="99"/>
    <w:rsid w:val="0029639D"/>
    <w:rPr>
      <w:rFonts w:ascii="Courier" w:hAnsi="Courier"/>
      <w:sz w:val="20"/>
      <w:szCs w:val="20"/>
    </w:rPr>
  </w:style>
  <w:style w:type="paragraph" w:styleId="Zitat">
    <w:name w:val="Quote"/>
    <w:basedOn w:val="Standard"/>
    <w:next w:val="Standard"/>
    <w:link w:val="ZitatZchn"/>
    <w:uiPriority w:val="29"/>
    <w:qFormat/>
    <w:rsid w:val="00FC693F"/>
    <w:rPr>
      <w:i/>
      <w:iCs/>
      <w:color w:val="000000" w:themeColor="text1"/>
    </w:rPr>
  </w:style>
  <w:style w:type="character" w:customStyle="1" w:styleId="ZitatZchn">
    <w:name w:val="Zitat Zchn"/>
    <w:basedOn w:val="Absatz-Standardschriftart"/>
    <w:link w:val="Zitat"/>
    <w:uiPriority w:val="29"/>
    <w:rsid w:val="00FC693F"/>
    <w:rPr>
      <w:i/>
      <w:iCs/>
      <w:color w:val="000000" w:themeColor="text1"/>
    </w:rPr>
  </w:style>
  <w:style w:type="character" w:customStyle="1" w:styleId="berschrift4Zchn">
    <w:name w:val="Überschrift 4 Zchn"/>
    <w:basedOn w:val="Absatz-Standardschriftart"/>
    <w:link w:val="berschrift4"/>
    <w:uiPriority w:val="9"/>
    <w:semiHidden/>
    <w:rsid w:val="00FC693F"/>
    <w:rPr>
      <w:rFonts w:asciiTheme="majorHAnsi" w:eastAsiaTheme="majorEastAsia" w:hAnsiTheme="majorHAnsi" w:cstheme="majorBidi"/>
      <w:b/>
      <w:bCs/>
      <w:i/>
      <w:iCs/>
      <w:color w:val="4F81BD" w:themeColor="accent1"/>
    </w:rPr>
  </w:style>
  <w:style w:type="character" w:customStyle="1" w:styleId="berschrift5Zchn">
    <w:name w:val="Überschrift 5 Zchn"/>
    <w:basedOn w:val="Absatz-Standardschriftart"/>
    <w:link w:val="berschrift5"/>
    <w:uiPriority w:val="9"/>
    <w:semiHidden/>
    <w:rsid w:val="00FC693F"/>
    <w:rPr>
      <w:rFonts w:asciiTheme="majorHAnsi" w:eastAsiaTheme="majorEastAsia" w:hAnsiTheme="majorHAnsi" w:cstheme="majorBidi"/>
      <w:color w:val="243F60" w:themeColor="accent1" w:themeShade="7F"/>
    </w:rPr>
  </w:style>
  <w:style w:type="character" w:customStyle="1" w:styleId="berschrift6Zchn">
    <w:name w:val="Überschrift 6 Zchn"/>
    <w:basedOn w:val="Absatz-Standardschriftart"/>
    <w:link w:val="berschrift6"/>
    <w:uiPriority w:val="9"/>
    <w:semiHidden/>
    <w:rsid w:val="00FC693F"/>
    <w:rPr>
      <w:rFonts w:asciiTheme="majorHAnsi" w:eastAsiaTheme="majorEastAsia" w:hAnsiTheme="majorHAnsi" w:cstheme="majorBidi"/>
      <w:i/>
      <w:iCs/>
      <w:color w:val="243F60" w:themeColor="accent1" w:themeShade="7F"/>
    </w:rPr>
  </w:style>
  <w:style w:type="character" w:customStyle="1" w:styleId="berschrift7Zchn">
    <w:name w:val="Überschrift 7 Zchn"/>
    <w:basedOn w:val="Absatz-Standardschriftart"/>
    <w:link w:val="berschrift7"/>
    <w:uiPriority w:val="9"/>
    <w:semiHidden/>
    <w:rsid w:val="00FC693F"/>
    <w:rPr>
      <w:rFonts w:asciiTheme="majorHAnsi" w:eastAsiaTheme="majorEastAsia" w:hAnsiTheme="majorHAnsi" w:cstheme="majorBidi"/>
      <w:i/>
      <w:iCs/>
      <w:color w:val="404040" w:themeColor="text1" w:themeTint="BF"/>
    </w:rPr>
  </w:style>
  <w:style w:type="character" w:customStyle="1" w:styleId="berschrift8Zchn">
    <w:name w:val="Überschrift 8 Zchn"/>
    <w:basedOn w:val="Absatz-Standardschriftart"/>
    <w:link w:val="berschrift8"/>
    <w:uiPriority w:val="9"/>
    <w:semiHidden/>
    <w:rsid w:val="00FC693F"/>
    <w:rPr>
      <w:rFonts w:asciiTheme="majorHAnsi" w:eastAsiaTheme="majorEastAsia" w:hAnsiTheme="majorHAnsi" w:cstheme="majorBidi"/>
      <w:color w:val="4F81BD" w:themeColor="accent1"/>
      <w:sz w:val="20"/>
      <w:szCs w:val="20"/>
    </w:rPr>
  </w:style>
  <w:style w:type="character" w:customStyle="1" w:styleId="berschrift9Zchn">
    <w:name w:val="Überschrift 9 Zchn"/>
    <w:basedOn w:val="Absatz-Standardschriftart"/>
    <w:link w:val="berschrift9"/>
    <w:uiPriority w:val="9"/>
    <w:semiHidden/>
    <w:rsid w:val="00FC693F"/>
    <w:rPr>
      <w:rFonts w:asciiTheme="majorHAnsi" w:eastAsiaTheme="majorEastAsia" w:hAnsiTheme="majorHAnsi" w:cstheme="majorBidi"/>
      <w:i/>
      <w:iCs/>
      <w:color w:val="404040" w:themeColor="text1" w:themeTint="BF"/>
      <w:sz w:val="20"/>
      <w:szCs w:val="20"/>
    </w:rPr>
  </w:style>
  <w:style w:type="paragraph" w:styleId="Beschriftung">
    <w:name w:val="caption"/>
    <w:basedOn w:val="Standard"/>
    <w:next w:val="Standard"/>
    <w:uiPriority w:val="35"/>
    <w:semiHidden/>
    <w:unhideWhenUsed/>
    <w:qFormat/>
    <w:rsid w:val="00FC693F"/>
    <w:pPr>
      <w:spacing w:line="240" w:lineRule="auto"/>
    </w:pPr>
    <w:rPr>
      <w:b/>
      <w:bCs/>
      <w:color w:val="4F81BD" w:themeColor="accent1"/>
      <w:sz w:val="18"/>
      <w:szCs w:val="18"/>
    </w:rPr>
  </w:style>
  <w:style w:type="character" w:styleId="Fett">
    <w:name w:val="Strong"/>
    <w:basedOn w:val="Absatz-Standardschriftart"/>
    <w:uiPriority w:val="22"/>
    <w:qFormat/>
    <w:rsid w:val="00FC693F"/>
    <w:rPr>
      <w:b/>
      <w:bCs/>
    </w:rPr>
  </w:style>
  <w:style w:type="character" w:styleId="Hervorhebung">
    <w:name w:val="Emphasis"/>
    <w:basedOn w:val="Absatz-Standardschriftart"/>
    <w:uiPriority w:val="20"/>
    <w:qFormat/>
    <w:rsid w:val="00FC693F"/>
    <w:rPr>
      <w:i/>
      <w:iCs/>
    </w:rPr>
  </w:style>
  <w:style w:type="paragraph" w:styleId="IntensivesZitat">
    <w:name w:val="Intense Quote"/>
    <w:basedOn w:val="Standard"/>
    <w:next w:val="Standard"/>
    <w:link w:val="IntensivesZitatZchn"/>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ivesZitatZchn">
    <w:name w:val="Intensives Zitat Zchn"/>
    <w:basedOn w:val="Absatz-Standardschriftart"/>
    <w:link w:val="IntensivesZitat"/>
    <w:uiPriority w:val="30"/>
    <w:rsid w:val="00FC693F"/>
    <w:rPr>
      <w:b/>
      <w:bCs/>
      <w:i/>
      <w:iCs/>
      <w:color w:val="4F81BD" w:themeColor="accent1"/>
    </w:rPr>
  </w:style>
  <w:style w:type="character" w:styleId="SchwacheHervorhebung">
    <w:name w:val="Subtle Emphasis"/>
    <w:basedOn w:val="Absatz-Standardschriftart"/>
    <w:uiPriority w:val="19"/>
    <w:qFormat/>
    <w:rsid w:val="00FC693F"/>
    <w:rPr>
      <w:i/>
      <w:iCs/>
      <w:color w:val="808080" w:themeColor="text1" w:themeTint="7F"/>
    </w:rPr>
  </w:style>
  <w:style w:type="character" w:styleId="IntensiveHervorhebung">
    <w:name w:val="Intense Emphasis"/>
    <w:basedOn w:val="Absatz-Standardschriftart"/>
    <w:uiPriority w:val="21"/>
    <w:qFormat/>
    <w:rsid w:val="00FC693F"/>
    <w:rPr>
      <w:b/>
      <w:bCs/>
      <w:i/>
      <w:iCs/>
      <w:color w:val="4F81BD" w:themeColor="accent1"/>
    </w:rPr>
  </w:style>
  <w:style w:type="character" w:styleId="SchwacherVerweis">
    <w:name w:val="Subtle Reference"/>
    <w:basedOn w:val="Absatz-Standardschriftart"/>
    <w:uiPriority w:val="31"/>
    <w:qFormat/>
    <w:rsid w:val="00FC693F"/>
    <w:rPr>
      <w:smallCaps/>
      <w:color w:val="C0504D" w:themeColor="accent2"/>
      <w:u w:val="single"/>
    </w:rPr>
  </w:style>
  <w:style w:type="character" w:styleId="IntensiverVerweis">
    <w:name w:val="Intense Reference"/>
    <w:basedOn w:val="Absatz-Standardschriftart"/>
    <w:uiPriority w:val="32"/>
    <w:qFormat/>
    <w:rsid w:val="00FC693F"/>
    <w:rPr>
      <w:b/>
      <w:bCs/>
      <w:smallCaps/>
      <w:color w:val="C0504D" w:themeColor="accent2"/>
      <w:spacing w:val="5"/>
      <w:u w:val="single"/>
    </w:rPr>
  </w:style>
  <w:style w:type="character" w:styleId="Buchtitel">
    <w:name w:val="Book Title"/>
    <w:basedOn w:val="Absatz-Standardschriftart"/>
    <w:uiPriority w:val="33"/>
    <w:qFormat/>
    <w:rsid w:val="00FC693F"/>
    <w:rPr>
      <w:b/>
      <w:bCs/>
      <w:smallCaps/>
      <w:spacing w:val="5"/>
    </w:rPr>
  </w:style>
  <w:style w:type="paragraph" w:styleId="Inhaltsverzeichnisberschrift">
    <w:name w:val="TOC Heading"/>
    <w:basedOn w:val="berschrift1"/>
    <w:next w:val="Standard"/>
    <w:uiPriority w:val="39"/>
    <w:semiHidden/>
    <w:unhideWhenUsed/>
    <w:qFormat/>
    <w:rsid w:val="00FC693F"/>
    <w:pPr>
      <w:outlineLvl w:val="9"/>
    </w:pPr>
  </w:style>
  <w:style w:type="table" w:styleId="Tabellenraster">
    <w:name w:val="Table Grid"/>
    <w:basedOn w:val="NormaleTabelle"/>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HelleSchattierung">
    <w:name w:val="Light Shading"/>
    <w:basedOn w:val="NormaleTabelle"/>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HelleSchattierung-Akzent1">
    <w:name w:val="Light Shading Accent 1"/>
    <w:basedOn w:val="NormaleTabelle"/>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HelleSchattierung-Akzent2">
    <w:name w:val="Light Shading Accent 2"/>
    <w:basedOn w:val="NormaleTabelle"/>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HelleSchattierung-Akzent3">
    <w:name w:val="Light Shading Accent 3"/>
    <w:basedOn w:val="NormaleTabelle"/>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HelleSchattierung-Akzent4">
    <w:name w:val="Light Shading Accent 4"/>
    <w:basedOn w:val="NormaleTabelle"/>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HelleSchattierung-Akzent5">
    <w:name w:val="Light Shading Accent 5"/>
    <w:basedOn w:val="NormaleTabelle"/>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HelleSchattierung-Akzent6">
    <w:name w:val="Light Shading Accent 6"/>
    <w:basedOn w:val="NormaleTabelle"/>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HelleListe">
    <w:name w:val="Light List"/>
    <w:basedOn w:val="NormaleTabelle"/>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HelleListe-Akzent1">
    <w:name w:val="Light List Accent 1"/>
    <w:basedOn w:val="NormaleTabelle"/>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HelleListe-Akzent2">
    <w:name w:val="Light List Accent 2"/>
    <w:basedOn w:val="NormaleTabelle"/>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HelleListe-Akzent3">
    <w:name w:val="Light List Accent 3"/>
    <w:basedOn w:val="NormaleTabelle"/>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HelleListe-Akzent4">
    <w:name w:val="Light List Accent 4"/>
    <w:basedOn w:val="NormaleTabelle"/>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HelleListe-Akzent5">
    <w:name w:val="Light List Accent 5"/>
    <w:basedOn w:val="NormaleTabelle"/>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HelleListe-Akzent6">
    <w:name w:val="Light List Accent 6"/>
    <w:basedOn w:val="NormaleTabelle"/>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HellesRaster">
    <w:name w:val="Light Grid"/>
    <w:basedOn w:val="NormaleTabelle"/>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HellesRaster-Akzent1">
    <w:name w:val="Light Grid Accent 1"/>
    <w:basedOn w:val="NormaleTabelle"/>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HellesRaster-Akzent2">
    <w:name w:val="Light Grid Accent 2"/>
    <w:basedOn w:val="NormaleTabelle"/>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HellesRaster-Akzent3">
    <w:name w:val="Light Grid Accent 3"/>
    <w:basedOn w:val="NormaleTabelle"/>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HellesRaster-Akzent4">
    <w:name w:val="Light Grid Accent 4"/>
    <w:basedOn w:val="NormaleTabelle"/>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HellesRaster-Akzent5">
    <w:name w:val="Light Grid Accent 5"/>
    <w:basedOn w:val="NormaleTabelle"/>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HellesRaster-Akzent6">
    <w:name w:val="Light Grid Accent 6"/>
    <w:basedOn w:val="NormaleTabelle"/>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ittlereSchattierung1">
    <w:name w:val="Medium Shading 1"/>
    <w:basedOn w:val="NormaleTabelle"/>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ittlereSchattierung1-Akzent1">
    <w:name w:val="Medium Shading 1 Accent 1"/>
    <w:basedOn w:val="NormaleTabelle"/>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ittlereSchattierung1-Akzent2">
    <w:name w:val="Medium Shading 1 Accent 2"/>
    <w:basedOn w:val="NormaleTabelle"/>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ittlereSchattierung1-Akzent3">
    <w:name w:val="Medium Shading 1 Accent 3"/>
    <w:basedOn w:val="NormaleTabelle"/>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ittlereSchattierung1-Akzent4">
    <w:name w:val="Medium Shading 1 Accent 4"/>
    <w:basedOn w:val="NormaleTabelle"/>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ittlereSchattierung1-Akzent5">
    <w:name w:val="Medium Shading 1 Accent 5"/>
    <w:basedOn w:val="NormaleTabelle"/>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ittlereSchattierung1-Akzent6">
    <w:name w:val="Medium Shading 1 Accent 6"/>
    <w:basedOn w:val="NormaleTabelle"/>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ittlereSchattierung2">
    <w:name w:val="Medium Shading 2"/>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1">
    <w:name w:val="Medium Shading 2 Accent 1"/>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2">
    <w:name w:val="Medium Shading 2 Accent 2"/>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3">
    <w:name w:val="Medium Shading 2 Accent 3"/>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4">
    <w:name w:val="Medium Shading 2 Accent 4"/>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5">
    <w:name w:val="Medium Shading 2 Accent 5"/>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6">
    <w:name w:val="Medium Shading 2 Accent 6"/>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Liste1">
    <w:name w:val="Medium List 1"/>
    <w:basedOn w:val="NormaleTabelle"/>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ittlereListe1-Akzent1">
    <w:name w:val="Medium List 1 Accent 1"/>
    <w:basedOn w:val="NormaleTabelle"/>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ittlereListe1-Akzent2">
    <w:name w:val="Medium List 1 Accent 2"/>
    <w:basedOn w:val="NormaleTabelle"/>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ittlereListe1-Akzent3">
    <w:name w:val="Medium List 1 Accent 3"/>
    <w:basedOn w:val="NormaleTabelle"/>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ittlereListe1-Akzent4">
    <w:name w:val="Medium List 1 Accent 4"/>
    <w:basedOn w:val="NormaleTabelle"/>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ittlereListe1-Akzent5">
    <w:name w:val="Medium List 1 Accent 5"/>
    <w:basedOn w:val="NormaleTabelle"/>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ittlereListe1-Akzent6">
    <w:name w:val="Medium List 1 Accent 6"/>
    <w:basedOn w:val="NormaleTabelle"/>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ittlereListe2">
    <w:name w:val="Medium List 2"/>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1">
    <w:name w:val="Medium List 2 Accent 1"/>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2">
    <w:name w:val="Medium List 2 Accent 2"/>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3">
    <w:name w:val="Medium List 2 Accent 3"/>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4">
    <w:name w:val="Medium List 2 Accent 4"/>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5">
    <w:name w:val="Medium List 2 Accent 5"/>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6">
    <w:name w:val="Medium List 2 Accent 6"/>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sRaster1">
    <w:name w:val="Medium Grid 1"/>
    <w:basedOn w:val="NormaleTabelle"/>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ittleresRaster1-Akzent1">
    <w:name w:val="Medium Grid 1 Accent 1"/>
    <w:basedOn w:val="NormaleTabelle"/>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ittleresRaster1-Akzent2">
    <w:name w:val="Medium Grid 1 Accent 2"/>
    <w:basedOn w:val="NormaleTabelle"/>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ittleresRaster1-Akzent3">
    <w:name w:val="Medium Grid 1 Accent 3"/>
    <w:basedOn w:val="NormaleTabelle"/>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ittleresRaster1-Akzent4">
    <w:name w:val="Medium Grid 1 Accent 4"/>
    <w:basedOn w:val="NormaleTabelle"/>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ittleresRaster1-Akzent5">
    <w:name w:val="Medium Grid 1 Accent 5"/>
    <w:basedOn w:val="NormaleTabelle"/>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ittleresRaster1-Akzent6">
    <w:name w:val="Medium Grid 1 Accent 6"/>
    <w:basedOn w:val="NormaleTabelle"/>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ittleresRaster2">
    <w:name w:val="Medium Grid 2"/>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ittleresRaster2-Akzent1">
    <w:name w:val="Medium Grid 2 Accent 1"/>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ittleresRaster2-Akzent2">
    <w:name w:val="Medium Grid 2 Accent 2"/>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ittleresRaster2-Akzent3">
    <w:name w:val="Medium Grid 2 Accent 3"/>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ittleresRaster2-Akzent4">
    <w:name w:val="Medium Grid 2 Accent 4"/>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ittleresRaster2-Akzent5">
    <w:name w:val="Medium Grid 2 Accent 5"/>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ittleresRaster2-Akzent6">
    <w:name w:val="Medium Grid 2 Accent 6"/>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ittleresRaster3">
    <w:name w:val="Medium Grid 3"/>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ittleresRaster3-Akzent1">
    <w:name w:val="Medium Grid 3 Accent 1"/>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ittleresRaster3-Akzent2">
    <w:name w:val="Medium Grid 3 Accent 2"/>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ittleresRaster3-Akzent3">
    <w:name w:val="Medium Grid 3 Accent 3"/>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ittleresRaster3-Akzent4">
    <w:name w:val="Medium Grid 3 Accent 4"/>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ittleresRaster3-Akzent5">
    <w:name w:val="Medium Grid 3 Accent 5"/>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ittleresRaster3-Akzent6">
    <w:name w:val="Medium Grid 3 Accent 6"/>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unkleListe">
    <w:name w:val="Dark List"/>
    <w:basedOn w:val="NormaleTabelle"/>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unkleListe-Akzent1">
    <w:name w:val="Dark List Accent 1"/>
    <w:basedOn w:val="NormaleTabelle"/>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unkleListe-Akzent2">
    <w:name w:val="Dark List Accent 2"/>
    <w:basedOn w:val="NormaleTabelle"/>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unkleListe-Akzent3">
    <w:name w:val="Dark List Accent 3"/>
    <w:basedOn w:val="NormaleTabelle"/>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unkleListe-Akzent4">
    <w:name w:val="Dark List Accent 4"/>
    <w:basedOn w:val="NormaleTabelle"/>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unkleListe-Akzent5">
    <w:name w:val="Dark List Accent 5"/>
    <w:basedOn w:val="NormaleTabelle"/>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unkleListe-Akzent6">
    <w:name w:val="Dark List Accent 6"/>
    <w:basedOn w:val="NormaleTabelle"/>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FarbigeSchattierung">
    <w:name w:val="Colorful Shading"/>
    <w:basedOn w:val="NormaleTabelle"/>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FarbigeSchattierung-Akzent1">
    <w:name w:val="Colorful Shading Accent 1"/>
    <w:basedOn w:val="NormaleTabelle"/>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FarbigeSchattierung-Akzent2">
    <w:name w:val="Colorful Shading Accent 2"/>
    <w:basedOn w:val="NormaleTabelle"/>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FarbigeSchattierung-Akzent3">
    <w:name w:val="Colorful Shading Accent 3"/>
    <w:basedOn w:val="NormaleTabelle"/>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FarbigeSchattierung-Akzent4">
    <w:name w:val="Colorful Shading Accent 4"/>
    <w:basedOn w:val="NormaleTabelle"/>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FarbigeSchattierung-Akzent5">
    <w:name w:val="Colorful Shading Accent 5"/>
    <w:basedOn w:val="NormaleTabelle"/>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FarbigeSchattierung-Akzent6">
    <w:name w:val="Colorful Shading Accent 6"/>
    <w:basedOn w:val="NormaleTabelle"/>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FarbigeListe">
    <w:name w:val="Colorful List"/>
    <w:basedOn w:val="NormaleTabelle"/>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FarbigeListe-Akzent1">
    <w:name w:val="Colorful List Accent 1"/>
    <w:basedOn w:val="NormaleTabelle"/>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FarbigeListe-Akzent2">
    <w:name w:val="Colorful List Accent 2"/>
    <w:basedOn w:val="NormaleTabelle"/>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FarbigeListe-Akzent3">
    <w:name w:val="Colorful List Accent 3"/>
    <w:basedOn w:val="NormaleTabelle"/>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FarbigeListe-Akzent4">
    <w:name w:val="Colorful List Accent 4"/>
    <w:basedOn w:val="NormaleTabelle"/>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FarbigeListe-Akzent5">
    <w:name w:val="Colorful List Accent 5"/>
    <w:basedOn w:val="NormaleTabelle"/>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FarbigeListe-Akzent6">
    <w:name w:val="Colorful List Accent 6"/>
    <w:basedOn w:val="NormaleTabelle"/>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FarbigesRaster">
    <w:name w:val="Colorful Grid"/>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FarbigesRaster-Akzent1">
    <w:name w:val="Colorful Grid Accent 1"/>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FarbigesRaster-Akzent2">
    <w:name w:val="Colorful Grid Accent 2"/>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FarbigesRaster-Akzent3">
    <w:name w:val="Colorful Grid Accent 3"/>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FarbigesRaster-Akzent4">
    <w:name w:val="Colorful Grid Accent 4"/>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FarbigesRaster-Akzent5">
    <w:name w:val="Colorful Grid Accent 5"/>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FarbigesRaster-Akzent6">
    <w:name w:val="Colorful Grid Accent 6"/>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200</Words>
  <Characters>1261</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1459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Manfred Schramme</cp:lastModifiedBy>
  <cp:revision>2</cp:revision>
  <dcterms:created xsi:type="dcterms:W3CDTF">2026-07-22T09:12:00Z</dcterms:created>
  <dcterms:modified xsi:type="dcterms:W3CDTF">2026-07-22T09:12:00Z</dcterms:modified>
  <cp:category/>
</cp:coreProperties>
</file>